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612"/>
        <w:gridCol w:w="8236"/>
        <w:gridCol w:w="1555"/>
      </w:tblGrid>
      <w:tr w:rsidR="00085DBB" w14:paraId="47EF0036" w14:textId="77777777">
        <w:trPr>
          <w:jc w:val="center"/>
        </w:trPr>
        <w:tc>
          <w:tcPr>
            <w:tcW w:w="1612" w:type="dxa"/>
            <w:shd w:val="clear" w:color="auto" w:fill="171717"/>
            <w:tcMar>
              <w:top w:w="45" w:type="dxa"/>
              <w:left w:w="65" w:type="dxa"/>
              <w:bottom w:w="45" w:type="dxa"/>
              <w:right w:w="65" w:type="dxa"/>
            </w:tcMar>
            <w:vAlign w:val="center"/>
          </w:tcPr>
          <w:p w14:paraId="3E6F1E09" w14:textId="77777777" w:rsidR="00085DBB" w:rsidRDefault="00110FD9">
            <w:pPr>
              <w:spacing w:after="0"/>
              <w:jc w:val="center"/>
            </w:pPr>
            <w:r>
              <w:rPr>
                <w:noProof/>
              </w:rPr>
              <w:drawing>
                <wp:inline distT="0" distB="0" distL="0" distR="0" wp14:anchorId="531DD0C7" wp14:editId="39DF444D">
                  <wp:extent cx="731520" cy="635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31520" cy="635790"/>
                          </a:xfrm>
                          <a:prstGeom prst="rect">
                            <a:avLst/>
                          </a:prstGeom>
                        </pic:spPr>
                      </pic:pic>
                    </a:graphicData>
                  </a:graphic>
                </wp:inline>
              </w:drawing>
            </w:r>
          </w:p>
        </w:tc>
        <w:tc>
          <w:tcPr>
            <w:tcW w:w="8236" w:type="dxa"/>
            <w:shd w:val="clear" w:color="auto" w:fill="171717"/>
            <w:tcMar>
              <w:top w:w="45" w:type="dxa"/>
              <w:left w:w="65" w:type="dxa"/>
              <w:bottom w:w="45" w:type="dxa"/>
              <w:right w:w="65" w:type="dxa"/>
            </w:tcMar>
            <w:vAlign w:val="center"/>
          </w:tcPr>
          <w:p w14:paraId="47E02193" w14:textId="77777777" w:rsidR="00085DBB" w:rsidRPr="002329A8" w:rsidRDefault="00110FD9">
            <w:pPr>
              <w:spacing w:after="20"/>
              <w:jc w:val="center"/>
              <w:rPr>
                <w:sz w:val="18"/>
                <w:szCs w:val="24"/>
                <w:u w:val="single"/>
              </w:rPr>
            </w:pPr>
            <w:r w:rsidRPr="002329A8">
              <w:rPr>
                <w:b/>
                <w:color w:val="FFFFFF"/>
                <w:sz w:val="36"/>
                <w:szCs w:val="24"/>
                <w:u w:val="single"/>
              </w:rPr>
              <w:t>ROAD TEST APPLICANT GUIDE</w:t>
            </w:r>
          </w:p>
          <w:p w14:paraId="7C74EA3A" w14:textId="77777777" w:rsidR="00085DBB" w:rsidRDefault="00110FD9">
            <w:pPr>
              <w:spacing w:after="0"/>
              <w:jc w:val="center"/>
            </w:pPr>
            <w:r w:rsidRPr="002329A8">
              <w:rPr>
                <w:color w:val="D8D8D8"/>
                <w:sz w:val="22"/>
                <w:szCs w:val="28"/>
              </w:rPr>
              <w:t>What to know before you arrive</w:t>
            </w:r>
          </w:p>
        </w:tc>
        <w:tc>
          <w:tcPr>
            <w:tcW w:w="1555" w:type="dxa"/>
            <w:shd w:val="clear" w:color="auto" w:fill="FFC62B"/>
            <w:tcMar>
              <w:top w:w="45" w:type="dxa"/>
              <w:left w:w="65" w:type="dxa"/>
              <w:bottom w:w="45" w:type="dxa"/>
              <w:right w:w="65" w:type="dxa"/>
            </w:tcMar>
            <w:vAlign w:val="center"/>
          </w:tcPr>
          <w:p w14:paraId="2C4AAD81" w14:textId="77777777" w:rsidR="00085DBB" w:rsidRDefault="00110FD9">
            <w:pPr>
              <w:spacing w:after="0"/>
              <w:jc w:val="center"/>
            </w:pPr>
            <w:r>
              <w:rPr>
                <w:b/>
                <w:color w:val="171717"/>
                <w:sz w:val="20"/>
              </w:rPr>
              <w:t>1 / 2</w:t>
            </w:r>
          </w:p>
        </w:tc>
      </w:tr>
    </w:tbl>
    <w:p w14:paraId="78354C8F" w14:textId="77777777" w:rsidR="002329A8" w:rsidRDefault="002329A8">
      <w:pPr>
        <w:spacing w:before="80" w:after="40"/>
        <w:rPr>
          <w:b/>
          <w:color w:val="171717"/>
          <w:sz w:val="24"/>
          <w:szCs w:val="24"/>
          <w:u w:val="single"/>
        </w:rPr>
      </w:pPr>
    </w:p>
    <w:p w14:paraId="7E7932F8" w14:textId="77777777" w:rsidR="002329A8" w:rsidRDefault="002329A8">
      <w:pPr>
        <w:spacing w:before="80" w:after="40"/>
        <w:rPr>
          <w:b/>
          <w:color w:val="171717"/>
          <w:sz w:val="24"/>
          <w:szCs w:val="24"/>
          <w:u w:val="single"/>
        </w:rPr>
      </w:pPr>
    </w:p>
    <w:p w14:paraId="36E7E2FF" w14:textId="2FC6F386" w:rsidR="00085DBB" w:rsidRPr="002329A8" w:rsidRDefault="00110FD9">
      <w:pPr>
        <w:spacing w:before="80" w:after="40"/>
        <w:rPr>
          <w:sz w:val="18"/>
          <w:szCs w:val="24"/>
          <w:u w:val="single"/>
        </w:rPr>
      </w:pPr>
      <w:r w:rsidRPr="002329A8">
        <w:rPr>
          <w:b/>
          <w:color w:val="171717"/>
          <w:sz w:val="24"/>
          <w:szCs w:val="24"/>
          <w:u w:val="single"/>
        </w:rPr>
        <w:t>BEFORE YOU ARRIVE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91"/>
        <w:gridCol w:w="10080"/>
      </w:tblGrid>
      <w:tr w:rsidR="00085DBB" w14:paraId="27B42414" w14:textId="77777777">
        <w:trPr>
          <w:jc w:val="center"/>
        </w:trPr>
        <w:tc>
          <w:tcPr>
            <w:tcW w:w="691" w:type="dxa"/>
            <w:shd w:val="clear" w:color="auto" w:fill="E6322C"/>
            <w:tcMar>
              <w:top w:w="55" w:type="dxa"/>
              <w:left w:w="0" w:type="dxa"/>
              <w:bottom w:w="55" w:type="dxa"/>
              <w:right w:w="0" w:type="dxa"/>
            </w:tcMar>
            <w:vAlign w:val="center"/>
          </w:tcPr>
          <w:p w14:paraId="78FC2022" w14:textId="77777777" w:rsidR="00085DBB" w:rsidRDefault="00110FD9">
            <w:pPr>
              <w:spacing w:after="0"/>
              <w:jc w:val="center"/>
            </w:pPr>
            <w:r>
              <w:rPr>
                <w:b/>
                <w:color w:val="FFFFFF"/>
                <w:sz w:val="27"/>
              </w:rPr>
              <w:t>1</w:t>
            </w:r>
          </w:p>
        </w:tc>
        <w:tc>
          <w:tcPr>
            <w:tcW w:w="10080" w:type="dxa"/>
            <w:tcBorders>
              <w:top w:val="single" w:sz="6" w:space="0" w:color="E6DED0"/>
              <w:left w:val="single" w:sz="6" w:space="0" w:color="E6DED0"/>
              <w:bottom w:val="single" w:sz="6" w:space="0" w:color="E6DED0"/>
              <w:right w:val="single" w:sz="6" w:space="0" w:color="E6DED0"/>
            </w:tcBorders>
            <w:shd w:val="clear" w:color="auto" w:fill="FFFFFF"/>
            <w:tcMar>
              <w:top w:w="65" w:type="dxa"/>
              <w:left w:w="105" w:type="dxa"/>
              <w:bottom w:w="60" w:type="dxa"/>
              <w:right w:w="95" w:type="dxa"/>
            </w:tcMar>
            <w:vAlign w:val="center"/>
          </w:tcPr>
          <w:p w14:paraId="7B69ADD6" w14:textId="77777777" w:rsidR="00085DBB" w:rsidRPr="002329A8" w:rsidRDefault="00110FD9">
            <w:pPr>
              <w:spacing w:after="20"/>
              <w:rPr>
                <w:sz w:val="22"/>
                <w:szCs w:val="28"/>
              </w:rPr>
            </w:pPr>
            <w:r w:rsidRPr="002329A8">
              <w:rPr>
                <w:b/>
                <w:color w:val="E6322C"/>
                <w:sz w:val="22"/>
                <w:szCs w:val="28"/>
              </w:rPr>
              <w:t>BRING THESE WITH YOU</w:t>
            </w:r>
          </w:p>
          <w:p w14:paraId="203EE3C1" w14:textId="37C62793" w:rsidR="00085DBB" w:rsidRPr="002329A8" w:rsidRDefault="00110FD9">
            <w:pPr>
              <w:spacing w:after="0"/>
              <w:rPr>
                <w:sz w:val="22"/>
                <w:szCs w:val="28"/>
              </w:rPr>
            </w:pPr>
            <w:r w:rsidRPr="002329A8">
              <w:rPr>
                <w:color w:val="2B2B2B"/>
                <w:sz w:val="22"/>
                <w:szCs w:val="28"/>
              </w:rPr>
              <w:t xml:space="preserve">Bring your </w:t>
            </w:r>
            <w:r w:rsidR="00980479" w:rsidRPr="002329A8">
              <w:rPr>
                <w:color w:val="2B2B2B"/>
                <w:sz w:val="22"/>
                <w:szCs w:val="28"/>
              </w:rPr>
              <w:t>learner’s</w:t>
            </w:r>
            <w:r w:rsidRPr="002329A8">
              <w:rPr>
                <w:color w:val="2B2B2B"/>
                <w:sz w:val="22"/>
                <w:szCs w:val="28"/>
              </w:rPr>
              <w:t xml:space="preserve"> permit and a Mode of Payment.</w:t>
            </w:r>
          </w:p>
        </w:tc>
      </w:tr>
    </w:tbl>
    <w:p w14:paraId="44D8D940" w14:textId="77777777" w:rsidR="00085DBB" w:rsidRDefault="00085DBB">
      <w:pPr>
        <w:spacing w:after="3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91"/>
        <w:gridCol w:w="10080"/>
      </w:tblGrid>
      <w:tr w:rsidR="00085DBB" w14:paraId="7934CDF4" w14:textId="77777777">
        <w:trPr>
          <w:jc w:val="center"/>
        </w:trPr>
        <w:tc>
          <w:tcPr>
            <w:tcW w:w="691" w:type="dxa"/>
            <w:shd w:val="clear" w:color="auto" w:fill="E98227"/>
            <w:tcMar>
              <w:top w:w="55" w:type="dxa"/>
              <w:left w:w="0" w:type="dxa"/>
              <w:bottom w:w="55" w:type="dxa"/>
              <w:right w:w="0" w:type="dxa"/>
            </w:tcMar>
            <w:vAlign w:val="center"/>
          </w:tcPr>
          <w:p w14:paraId="4E1338C0" w14:textId="77777777" w:rsidR="00085DBB" w:rsidRDefault="00110FD9">
            <w:pPr>
              <w:spacing w:after="0"/>
              <w:jc w:val="center"/>
            </w:pPr>
            <w:r>
              <w:rPr>
                <w:b/>
                <w:color w:val="FFFFFF"/>
                <w:sz w:val="27"/>
              </w:rPr>
              <w:t>2</w:t>
            </w:r>
          </w:p>
        </w:tc>
        <w:tc>
          <w:tcPr>
            <w:tcW w:w="10080" w:type="dxa"/>
            <w:tcBorders>
              <w:top w:val="single" w:sz="6" w:space="0" w:color="E6DED0"/>
              <w:left w:val="single" w:sz="6" w:space="0" w:color="E6DED0"/>
              <w:bottom w:val="single" w:sz="6" w:space="0" w:color="E6DED0"/>
              <w:right w:val="single" w:sz="6" w:space="0" w:color="E6DED0"/>
            </w:tcBorders>
            <w:shd w:val="clear" w:color="auto" w:fill="FFFFFF"/>
            <w:tcMar>
              <w:top w:w="65" w:type="dxa"/>
              <w:left w:w="105" w:type="dxa"/>
              <w:bottom w:w="60" w:type="dxa"/>
              <w:right w:w="95" w:type="dxa"/>
            </w:tcMar>
            <w:vAlign w:val="center"/>
          </w:tcPr>
          <w:p w14:paraId="5275090C" w14:textId="77777777" w:rsidR="00085DBB" w:rsidRPr="002329A8" w:rsidRDefault="00110FD9">
            <w:pPr>
              <w:spacing w:after="20"/>
              <w:rPr>
                <w:sz w:val="22"/>
                <w:szCs w:val="28"/>
              </w:rPr>
            </w:pPr>
            <w:r w:rsidRPr="002329A8">
              <w:rPr>
                <w:b/>
                <w:color w:val="E98227"/>
                <w:sz w:val="22"/>
                <w:szCs w:val="28"/>
              </w:rPr>
              <w:t>YOUR COMPLETION CERTIFICATE</w:t>
            </w:r>
          </w:p>
          <w:p w14:paraId="6EE8EF64" w14:textId="37269F4B" w:rsidR="00085DBB" w:rsidRPr="002329A8" w:rsidRDefault="00110FD9">
            <w:pPr>
              <w:spacing w:after="0"/>
              <w:rPr>
                <w:sz w:val="22"/>
                <w:szCs w:val="28"/>
              </w:rPr>
            </w:pPr>
            <w:r w:rsidRPr="002329A8">
              <w:rPr>
                <w:color w:val="2B2B2B"/>
                <w:sz w:val="22"/>
                <w:szCs w:val="28"/>
              </w:rPr>
              <w:t xml:space="preserve">Your completion certificate is completed online on the DEC System- </w:t>
            </w:r>
            <w:r w:rsidR="002329A8">
              <w:rPr>
                <w:color w:val="2B2B2B"/>
                <w:sz w:val="22"/>
                <w:szCs w:val="28"/>
              </w:rPr>
              <w:t xml:space="preserve">the DMV already has a copy- however, if you have a copy (Digital or Printed) go ahead and bring it. </w:t>
            </w:r>
          </w:p>
        </w:tc>
      </w:tr>
    </w:tbl>
    <w:p w14:paraId="79CE08F1" w14:textId="77777777" w:rsidR="00085DBB" w:rsidRDefault="00085DBB">
      <w:pPr>
        <w:spacing w:after="30"/>
      </w:pPr>
    </w:p>
    <w:p w14:paraId="7039F6C4" w14:textId="77777777" w:rsidR="00085DBB" w:rsidRPr="002329A8" w:rsidRDefault="00110FD9">
      <w:pPr>
        <w:spacing w:before="80" w:after="40"/>
        <w:rPr>
          <w:sz w:val="18"/>
          <w:szCs w:val="24"/>
          <w:u w:val="single"/>
        </w:rPr>
      </w:pPr>
      <w:r w:rsidRPr="002329A8">
        <w:rPr>
          <w:b/>
          <w:color w:val="171717"/>
          <w:sz w:val="24"/>
          <w:szCs w:val="24"/>
          <w:u w:val="single"/>
        </w:rPr>
        <w:t>CLARIFY EXPECTATIONS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91"/>
        <w:gridCol w:w="10080"/>
      </w:tblGrid>
      <w:tr w:rsidR="00085DBB" w14:paraId="0C91006F" w14:textId="77777777">
        <w:trPr>
          <w:jc w:val="center"/>
        </w:trPr>
        <w:tc>
          <w:tcPr>
            <w:tcW w:w="691" w:type="dxa"/>
            <w:shd w:val="clear" w:color="auto" w:fill="1777C8"/>
            <w:tcMar>
              <w:top w:w="55" w:type="dxa"/>
              <w:left w:w="0" w:type="dxa"/>
              <w:bottom w:w="55" w:type="dxa"/>
              <w:right w:w="0" w:type="dxa"/>
            </w:tcMar>
            <w:vAlign w:val="center"/>
          </w:tcPr>
          <w:p w14:paraId="7ABCA8B9" w14:textId="77777777" w:rsidR="00085DBB" w:rsidRDefault="00110FD9">
            <w:pPr>
              <w:spacing w:after="0"/>
              <w:jc w:val="center"/>
            </w:pPr>
            <w:r>
              <w:rPr>
                <w:b/>
                <w:color w:val="FFFFFF"/>
                <w:sz w:val="27"/>
              </w:rPr>
              <w:t>3</w:t>
            </w:r>
          </w:p>
        </w:tc>
        <w:tc>
          <w:tcPr>
            <w:tcW w:w="10080" w:type="dxa"/>
            <w:tcBorders>
              <w:top w:val="single" w:sz="6" w:space="0" w:color="E6DED0"/>
              <w:left w:val="single" w:sz="6" w:space="0" w:color="E6DED0"/>
              <w:bottom w:val="single" w:sz="6" w:space="0" w:color="E6DED0"/>
              <w:right w:val="single" w:sz="6" w:space="0" w:color="E6DED0"/>
            </w:tcBorders>
            <w:shd w:val="clear" w:color="auto" w:fill="FFFFFF"/>
            <w:tcMar>
              <w:top w:w="65" w:type="dxa"/>
              <w:left w:w="105" w:type="dxa"/>
              <w:bottom w:w="60" w:type="dxa"/>
              <w:right w:w="95" w:type="dxa"/>
            </w:tcMar>
            <w:vAlign w:val="center"/>
          </w:tcPr>
          <w:p w14:paraId="32A1B439" w14:textId="77777777" w:rsidR="00085DBB" w:rsidRPr="002329A8" w:rsidRDefault="00110FD9">
            <w:pPr>
              <w:spacing w:after="20"/>
              <w:rPr>
                <w:sz w:val="22"/>
                <w:szCs w:val="28"/>
              </w:rPr>
            </w:pPr>
            <w:r w:rsidRPr="002329A8">
              <w:rPr>
                <w:b/>
                <w:color w:val="1777C8"/>
                <w:sz w:val="22"/>
                <w:szCs w:val="28"/>
              </w:rPr>
              <w:t>ASK QUESTIONS BEFORE YOU START</w:t>
            </w:r>
          </w:p>
          <w:p w14:paraId="008BC1A8" w14:textId="77777777" w:rsidR="00085DBB" w:rsidRPr="002329A8" w:rsidRDefault="00110FD9">
            <w:pPr>
              <w:spacing w:after="0"/>
              <w:rPr>
                <w:sz w:val="22"/>
                <w:szCs w:val="28"/>
              </w:rPr>
            </w:pPr>
            <w:r w:rsidRPr="002329A8">
              <w:rPr>
                <w:color w:val="2B2B2B"/>
                <w:sz w:val="22"/>
                <w:szCs w:val="28"/>
              </w:rPr>
              <w:t>Make sure you clarify any expectations or questions you have with the examiner before your driving skills test begins. This will be the only time to do this.</w:t>
            </w:r>
          </w:p>
        </w:tc>
      </w:tr>
    </w:tbl>
    <w:p w14:paraId="31CA50DB" w14:textId="77777777" w:rsidR="00085DBB" w:rsidRDefault="00085DBB">
      <w:pPr>
        <w:spacing w:after="30"/>
      </w:pPr>
    </w:p>
    <w:p w14:paraId="398CBF2F" w14:textId="77777777" w:rsidR="00085DBB" w:rsidRPr="002329A8" w:rsidRDefault="00110FD9">
      <w:pPr>
        <w:spacing w:before="80" w:after="40"/>
        <w:rPr>
          <w:sz w:val="18"/>
          <w:szCs w:val="24"/>
          <w:u w:val="single"/>
        </w:rPr>
      </w:pPr>
      <w:r w:rsidRPr="002329A8">
        <w:rPr>
          <w:b/>
          <w:color w:val="171717"/>
          <w:sz w:val="24"/>
          <w:szCs w:val="24"/>
          <w:u w:val="single"/>
        </w:rPr>
        <w:t>DURING THE TEST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91"/>
        <w:gridCol w:w="10080"/>
      </w:tblGrid>
      <w:tr w:rsidR="00085DBB" w14:paraId="713D0820" w14:textId="77777777">
        <w:trPr>
          <w:jc w:val="center"/>
        </w:trPr>
        <w:tc>
          <w:tcPr>
            <w:tcW w:w="691" w:type="dxa"/>
            <w:shd w:val="clear" w:color="auto" w:fill="2F9E44"/>
            <w:tcMar>
              <w:top w:w="55" w:type="dxa"/>
              <w:left w:w="0" w:type="dxa"/>
              <w:bottom w:w="55" w:type="dxa"/>
              <w:right w:w="0" w:type="dxa"/>
            </w:tcMar>
            <w:vAlign w:val="center"/>
          </w:tcPr>
          <w:p w14:paraId="678F3332" w14:textId="77777777" w:rsidR="00085DBB" w:rsidRDefault="00110FD9">
            <w:pPr>
              <w:spacing w:after="0"/>
              <w:jc w:val="center"/>
            </w:pPr>
            <w:r>
              <w:rPr>
                <w:b/>
                <w:color w:val="FFFFFF"/>
                <w:sz w:val="27"/>
              </w:rPr>
              <w:t>4</w:t>
            </w:r>
          </w:p>
        </w:tc>
        <w:tc>
          <w:tcPr>
            <w:tcW w:w="10080" w:type="dxa"/>
            <w:tcBorders>
              <w:top w:val="single" w:sz="6" w:space="0" w:color="E6DED0"/>
              <w:left w:val="single" w:sz="6" w:space="0" w:color="E6DED0"/>
              <w:bottom w:val="single" w:sz="6" w:space="0" w:color="E6DED0"/>
              <w:right w:val="single" w:sz="6" w:space="0" w:color="E6DED0"/>
            </w:tcBorders>
            <w:shd w:val="clear" w:color="auto" w:fill="FFFFFF"/>
            <w:tcMar>
              <w:top w:w="65" w:type="dxa"/>
              <w:left w:w="105" w:type="dxa"/>
              <w:bottom w:w="60" w:type="dxa"/>
              <w:right w:w="95" w:type="dxa"/>
            </w:tcMar>
            <w:vAlign w:val="center"/>
          </w:tcPr>
          <w:p w14:paraId="7BABE179" w14:textId="77777777" w:rsidR="00085DBB" w:rsidRPr="002329A8" w:rsidRDefault="00110FD9">
            <w:pPr>
              <w:spacing w:after="20"/>
              <w:rPr>
                <w:sz w:val="22"/>
                <w:szCs w:val="28"/>
              </w:rPr>
            </w:pPr>
            <w:r w:rsidRPr="002329A8">
              <w:rPr>
                <w:b/>
                <w:color w:val="2F9E44"/>
                <w:sz w:val="22"/>
                <w:szCs w:val="28"/>
              </w:rPr>
              <w:t>FOLLOW THE EXAMINER'S DIRECTIONS</w:t>
            </w:r>
          </w:p>
          <w:p w14:paraId="0BF5D6C5" w14:textId="77777777" w:rsidR="00085DBB" w:rsidRPr="002329A8" w:rsidRDefault="00110FD9">
            <w:pPr>
              <w:spacing w:after="0"/>
              <w:rPr>
                <w:sz w:val="22"/>
                <w:szCs w:val="28"/>
              </w:rPr>
            </w:pPr>
            <w:r w:rsidRPr="002329A8">
              <w:rPr>
                <w:color w:val="2B2B2B"/>
                <w:sz w:val="22"/>
                <w:szCs w:val="28"/>
              </w:rPr>
              <w:t>The examiner will give you directions at least 1 block in advance. If the examiner does not tell you to do anything, continue to drive straight.</w:t>
            </w:r>
          </w:p>
        </w:tc>
      </w:tr>
    </w:tbl>
    <w:p w14:paraId="4D6D952E" w14:textId="77777777" w:rsidR="00085DBB" w:rsidRDefault="00085DBB">
      <w:pPr>
        <w:spacing w:after="3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91"/>
        <w:gridCol w:w="10080"/>
      </w:tblGrid>
      <w:tr w:rsidR="00085DBB" w14:paraId="2E5F030D" w14:textId="77777777">
        <w:trPr>
          <w:jc w:val="center"/>
        </w:trPr>
        <w:tc>
          <w:tcPr>
            <w:tcW w:w="691" w:type="dxa"/>
            <w:shd w:val="clear" w:color="auto" w:fill="2F9E44"/>
            <w:tcMar>
              <w:top w:w="55" w:type="dxa"/>
              <w:left w:w="0" w:type="dxa"/>
              <w:bottom w:w="55" w:type="dxa"/>
              <w:right w:w="0" w:type="dxa"/>
            </w:tcMar>
            <w:vAlign w:val="center"/>
          </w:tcPr>
          <w:p w14:paraId="0000F2BC" w14:textId="77777777" w:rsidR="00085DBB" w:rsidRDefault="00110FD9">
            <w:pPr>
              <w:spacing w:after="0"/>
              <w:jc w:val="center"/>
            </w:pPr>
            <w:r>
              <w:rPr>
                <w:b/>
                <w:color w:val="FFFFFF"/>
                <w:sz w:val="27"/>
              </w:rPr>
              <w:t>5</w:t>
            </w:r>
          </w:p>
        </w:tc>
        <w:tc>
          <w:tcPr>
            <w:tcW w:w="10080" w:type="dxa"/>
            <w:tcBorders>
              <w:top w:val="single" w:sz="6" w:space="0" w:color="E6DED0"/>
              <w:left w:val="single" w:sz="6" w:space="0" w:color="E6DED0"/>
              <w:bottom w:val="single" w:sz="6" w:space="0" w:color="E6DED0"/>
              <w:right w:val="single" w:sz="6" w:space="0" w:color="E6DED0"/>
            </w:tcBorders>
            <w:shd w:val="clear" w:color="auto" w:fill="FFFFFF"/>
            <w:tcMar>
              <w:top w:w="65" w:type="dxa"/>
              <w:left w:w="105" w:type="dxa"/>
              <w:bottom w:w="60" w:type="dxa"/>
              <w:right w:w="95" w:type="dxa"/>
            </w:tcMar>
            <w:vAlign w:val="center"/>
          </w:tcPr>
          <w:p w14:paraId="3F6CD4CA" w14:textId="77777777" w:rsidR="00085DBB" w:rsidRPr="002329A8" w:rsidRDefault="00110FD9">
            <w:pPr>
              <w:spacing w:after="20"/>
              <w:rPr>
                <w:sz w:val="22"/>
                <w:szCs w:val="28"/>
              </w:rPr>
            </w:pPr>
            <w:r w:rsidRPr="002329A8">
              <w:rPr>
                <w:b/>
                <w:color w:val="2F9E44"/>
                <w:sz w:val="22"/>
                <w:szCs w:val="28"/>
              </w:rPr>
              <w:t>DRIVE AS IF TRAFFIC &amp; PEDESTRIANS ARE PRESENT</w:t>
            </w:r>
          </w:p>
          <w:p w14:paraId="4D2C0F97" w14:textId="77777777" w:rsidR="00085DBB" w:rsidRPr="002329A8" w:rsidRDefault="00110FD9">
            <w:pPr>
              <w:spacing w:after="0"/>
              <w:rPr>
                <w:sz w:val="22"/>
                <w:szCs w:val="28"/>
              </w:rPr>
            </w:pPr>
            <w:r w:rsidRPr="002329A8">
              <w:rPr>
                <w:color w:val="2B2B2B"/>
                <w:sz w:val="22"/>
                <w:szCs w:val="28"/>
              </w:rPr>
              <w:t>When it is safe to do so- perform all maneuvers, including when backing your vehicle.</w:t>
            </w:r>
          </w:p>
        </w:tc>
      </w:tr>
    </w:tbl>
    <w:p w14:paraId="0E04D27B" w14:textId="77777777" w:rsidR="00085DBB" w:rsidRDefault="00085DBB">
      <w:pPr>
        <w:spacing w:after="3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91"/>
        <w:gridCol w:w="10080"/>
      </w:tblGrid>
      <w:tr w:rsidR="00085DBB" w14:paraId="5CA13721" w14:textId="77777777">
        <w:trPr>
          <w:jc w:val="center"/>
        </w:trPr>
        <w:tc>
          <w:tcPr>
            <w:tcW w:w="691" w:type="dxa"/>
            <w:shd w:val="clear" w:color="auto" w:fill="2F9E44"/>
            <w:tcMar>
              <w:top w:w="55" w:type="dxa"/>
              <w:left w:w="0" w:type="dxa"/>
              <w:bottom w:w="55" w:type="dxa"/>
              <w:right w:w="0" w:type="dxa"/>
            </w:tcMar>
            <w:vAlign w:val="center"/>
          </w:tcPr>
          <w:p w14:paraId="6A0B7A78" w14:textId="77777777" w:rsidR="00085DBB" w:rsidRDefault="00110FD9">
            <w:pPr>
              <w:spacing w:after="0"/>
              <w:jc w:val="center"/>
            </w:pPr>
            <w:r>
              <w:rPr>
                <w:b/>
                <w:color w:val="FFFFFF"/>
                <w:sz w:val="27"/>
              </w:rPr>
              <w:t>6</w:t>
            </w:r>
          </w:p>
        </w:tc>
        <w:tc>
          <w:tcPr>
            <w:tcW w:w="10080" w:type="dxa"/>
            <w:tcBorders>
              <w:top w:val="single" w:sz="6" w:space="0" w:color="E6DED0"/>
              <w:left w:val="single" w:sz="6" w:space="0" w:color="E6DED0"/>
              <w:bottom w:val="single" w:sz="6" w:space="0" w:color="E6DED0"/>
              <w:right w:val="single" w:sz="6" w:space="0" w:color="E6DED0"/>
            </w:tcBorders>
            <w:shd w:val="clear" w:color="auto" w:fill="FFFFFF"/>
            <w:tcMar>
              <w:top w:w="65" w:type="dxa"/>
              <w:left w:w="105" w:type="dxa"/>
              <w:bottom w:w="60" w:type="dxa"/>
              <w:right w:w="95" w:type="dxa"/>
            </w:tcMar>
            <w:vAlign w:val="center"/>
          </w:tcPr>
          <w:p w14:paraId="556639DD" w14:textId="77777777" w:rsidR="00085DBB" w:rsidRPr="002329A8" w:rsidRDefault="00110FD9">
            <w:pPr>
              <w:spacing w:after="20"/>
              <w:rPr>
                <w:sz w:val="22"/>
                <w:szCs w:val="28"/>
              </w:rPr>
            </w:pPr>
            <w:r w:rsidRPr="002329A8">
              <w:rPr>
                <w:b/>
                <w:color w:val="2F9E44"/>
                <w:sz w:val="22"/>
                <w:szCs w:val="28"/>
              </w:rPr>
              <w:t>SPEAK UP IF YOU ARE UNSURE</w:t>
            </w:r>
          </w:p>
          <w:p w14:paraId="4DC6BF2E" w14:textId="77777777" w:rsidR="00085DBB" w:rsidRPr="002329A8" w:rsidRDefault="00110FD9">
            <w:pPr>
              <w:spacing w:after="0"/>
              <w:rPr>
                <w:sz w:val="22"/>
                <w:szCs w:val="28"/>
              </w:rPr>
            </w:pPr>
            <w:r w:rsidRPr="002329A8">
              <w:rPr>
                <w:color w:val="2B2B2B"/>
                <w:sz w:val="22"/>
                <w:szCs w:val="28"/>
              </w:rPr>
              <w:t>If you don’t understand what the examiner wants you to do, let him/her know so they can clarify.</w:t>
            </w:r>
          </w:p>
        </w:tc>
      </w:tr>
    </w:tbl>
    <w:p w14:paraId="2FCCCAA6" w14:textId="77777777" w:rsidR="00085DBB" w:rsidRDefault="00085DBB">
      <w:pPr>
        <w:spacing w:after="3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91"/>
        <w:gridCol w:w="10080"/>
      </w:tblGrid>
      <w:tr w:rsidR="00085DBB" w14:paraId="010CD59A" w14:textId="77777777">
        <w:trPr>
          <w:jc w:val="center"/>
        </w:trPr>
        <w:tc>
          <w:tcPr>
            <w:tcW w:w="691" w:type="dxa"/>
            <w:shd w:val="clear" w:color="auto" w:fill="2F9E44"/>
            <w:tcMar>
              <w:top w:w="55" w:type="dxa"/>
              <w:left w:w="0" w:type="dxa"/>
              <w:bottom w:w="55" w:type="dxa"/>
              <w:right w:w="0" w:type="dxa"/>
            </w:tcMar>
            <w:vAlign w:val="center"/>
          </w:tcPr>
          <w:p w14:paraId="5E871E17" w14:textId="77777777" w:rsidR="00085DBB" w:rsidRDefault="00110FD9">
            <w:pPr>
              <w:spacing w:after="0"/>
              <w:jc w:val="center"/>
            </w:pPr>
            <w:r>
              <w:rPr>
                <w:b/>
                <w:color w:val="FFFFFF"/>
                <w:sz w:val="27"/>
              </w:rPr>
              <w:t>7</w:t>
            </w:r>
          </w:p>
        </w:tc>
        <w:tc>
          <w:tcPr>
            <w:tcW w:w="10080" w:type="dxa"/>
            <w:tcBorders>
              <w:top w:val="single" w:sz="6" w:space="0" w:color="E6DED0"/>
              <w:left w:val="single" w:sz="6" w:space="0" w:color="E6DED0"/>
              <w:bottom w:val="single" w:sz="6" w:space="0" w:color="E6DED0"/>
              <w:right w:val="single" w:sz="6" w:space="0" w:color="E6DED0"/>
            </w:tcBorders>
            <w:shd w:val="clear" w:color="auto" w:fill="FFFFFF"/>
            <w:tcMar>
              <w:top w:w="65" w:type="dxa"/>
              <w:left w:w="105" w:type="dxa"/>
              <w:bottom w:w="60" w:type="dxa"/>
              <w:right w:w="95" w:type="dxa"/>
            </w:tcMar>
            <w:vAlign w:val="center"/>
          </w:tcPr>
          <w:p w14:paraId="009A45C1" w14:textId="77777777" w:rsidR="00085DBB" w:rsidRPr="002329A8" w:rsidRDefault="00110FD9">
            <w:pPr>
              <w:spacing w:after="20"/>
              <w:rPr>
                <w:sz w:val="22"/>
                <w:szCs w:val="28"/>
              </w:rPr>
            </w:pPr>
            <w:r w:rsidRPr="002329A8">
              <w:rPr>
                <w:b/>
                <w:color w:val="2F9E44"/>
                <w:sz w:val="22"/>
                <w:szCs w:val="28"/>
              </w:rPr>
              <w:t>DON'T GET DISTRACTED BY NOTES</w:t>
            </w:r>
          </w:p>
          <w:p w14:paraId="3972B815" w14:textId="77777777" w:rsidR="00085DBB" w:rsidRPr="002329A8" w:rsidRDefault="00110FD9">
            <w:pPr>
              <w:spacing w:after="0"/>
              <w:rPr>
                <w:sz w:val="22"/>
                <w:szCs w:val="28"/>
              </w:rPr>
            </w:pPr>
            <w:r w:rsidRPr="002329A8">
              <w:rPr>
                <w:color w:val="2B2B2B"/>
                <w:sz w:val="22"/>
                <w:szCs w:val="28"/>
              </w:rPr>
              <w:t>The Examiner must make notes during the test. Remember- the notes are not always bad, so please do not get distracted or distraught by them writing on your test while driving. They will review the notes with you at the end of the test.</w:t>
            </w:r>
          </w:p>
        </w:tc>
      </w:tr>
    </w:tbl>
    <w:p w14:paraId="646B16F6" w14:textId="77777777" w:rsidR="00085DBB" w:rsidRDefault="00085DBB">
      <w:pPr>
        <w:spacing w:after="30"/>
      </w:pPr>
    </w:p>
    <w:tbl>
      <w:tblPr>
        <w:tblpPr w:leftFromText="180" w:rightFromText="180" w:vertAnchor="text" w:horzAnchor="margin" w:tblpY="179"/>
        <w:tblW w:w="0" w:type="auto"/>
        <w:tblBorders>
          <w:top w:val="nil"/>
          <w:left w:val="nil"/>
          <w:bottom w:val="nil"/>
          <w:right w:val="nil"/>
          <w:insideH w:val="nil"/>
          <w:insideV w:val="nil"/>
        </w:tblBorders>
        <w:tblLayout w:type="fixed"/>
        <w:tblLook w:val="04A0" w:firstRow="1" w:lastRow="0" w:firstColumn="1" w:lastColumn="0" w:noHBand="0" w:noVBand="1"/>
      </w:tblPr>
      <w:tblGrid>
        <w:gridCol w:w="11175"/>
      </w:tblGrid>
      <w:tr w:rsidR="002329A8" w14:paraId="42005392" w14:textId="77777777" w:rsidTr="002329A8">
        <w:trPr>
          <w:trHeight w:val="2138"/>
        </w:trPr>
        <w:tc>
          <w:tcPr>
            <w:tcW w:w="11175" w:type="dxa"/>
            <w:shd w:val="clear" w:color="auto" w:fill="171717"/>
            <w:tcMar>
              <w:top w:w="55" w:type="dxa"/>
              <w:left w:w="110" w:type="dxa"/>
              <w:bottom w:w="55" w:type="dxa"/>
              <w:right w:w="110" w:type="dxa"/>
            </w:tcMar>
          </w:tcPr>
          <w:p w14:paraId="360F3E86" w14:textId="77777777" w:rsidR="002329A8" w:rsidRDefault="002329A8" w:rsidP="002329A8">
            <w:pPr>
              <w:spacing w:after="0"/>
              <w:jc w:val="center"/>
              <w:rPr>
                <w:b/>
                <w:color w:val="FFC62B"/>
                <w:sz w:val="28"/>
                <w:szCs w:val="40"/>
                <w:u w:val="single"/>
              </w:rPr>
            </w:pPr>
            <w:r w:rsidRPr="002329A8">
              <w:rPr>
                <w:b/>
                <w:color w:val="FFC62B"/>
                <w:sz w:val="28"/>
                <w:szCs w:val="40"/>
                <w:u w:val="single"/>
              </w:rPr>
              <w:t>FINAL QUICK CHECK</w:t>
            </w:r>
          </w:p>
          <w:p w14:paraId="7EB174B8" w14:textId="77777777" w:rsidR="002329A8" w:rsidRPr="002329A8" w:rsidRDefault="002329A8" w:rsidP="002329A8">
            <w:pPr>
              <w:spacing w:after="0"/>
              <w:jc w:val="center"/>
              <w:rPr>
                <w:b/>
                <w:color w:val="FFC62B"/>
                <w:sz w:val="28"/>
                <w:szCs w:val="40"/>
                <w:u w:val="single"/>
              </w:rPr>
            </w:pPr>
          </w:p>
          <w:p w14:paraId="4A6BAF0E" w14:textId="77777777" w:rsidR="002329A8" w:rsidRPr="002329A8" w:rsidRDefault="002329A8" w:rsidP="002329A8">
            <w:pPr>
              <w:spacing w:after="0"/>
              <w:jc w:val="center"/>
              <w:rPr>
                <w:b/>
                <w:color w:val="FFC62B"/>
                <w:sz w:val="24"/>
                <w:szCs w:val="36"/>
              </w:rPr>
            </w:pPr>
            <w:r w:rsidRPr="002329A8">
              <w:rPr>
                <w:b/>
                <w:color w:val="FFC62B"/>
                <w:sz w:val="24"/>
                <w:szCs w:val="36"/>
              </w:rPr>
              <w:t xml:space="preserve"> • RADIO &amp; PHONES OFF</w:t>
            </w:r>
          </w:p>
          <w:p w14:paraId="25E82DAE" w14:textId="77777777" w:rsidR="002329A8" w:rsidRPr="002329A8" w:rsidRDefault="002329A8" w:rsidP="002329A8">
            <w:pPr>
              <w:spacing w:after="0"/>
              <w:jc w:val="center"/>
              <w:rPr>
                <w:b/>
                <w:color w:val="FFC62B"/>
                <w:sz w:val="24"/>
                <w:szCs w:val="36"/>
              </w:rPr>
            </w:pPr>
            <w:r w:rsidRPr="002329A8">
              <w:rPr>
                <w:b/>
                <w:color w:val="FFC62B"/>
                <w:sz w:val="24"/>
                <w:szCs w:val="36"/>
              </w:rPr>
              <w:t xml:space="preserve"> • NOTHING HANGING FROM REARVIEW MIRROR</w:t>
            </w:r>
          </w:p>
          <w:p w14:paraId="73D4B3BD" w14:textId="20277CB7" w:rsidR="002329A8" w:rsidRDefault="002329A8" w:rsidP="002329A8">
            <w:pPr>
              <w:spacing w:after="0"/>
              <w:jc w:val="center"/>
            </w:pPr>
            <w:r w:rsidRPr="002329A8">
              <w:rPr>
                <w:b/>
                <w:color w:val="FFC62B"/>
                <w:sz w:val="24"/>
                <w:szCs w:val="36"/>
              </w:rPr>
              <w:t xml:space="preserve"> • EXTERIOR OF CAR CLEAN</w:t>
            </w:r>
          </w:p>
        </w:tc>
      </w:tr>
    </w:tbl>
    <w:p w14:paraId="662032C0" w14:textId="77777777" w:rsidR="00085DBB" w:rsidRDefault="00110FD9">
      <w:r>
        <w:br w:type="page"/>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612"/>
        <w:gridCol w:w="8236"/>
        <w:gridCol w:w="1555"/>
      </w:tblGrid>
      <w:tr w:rsidR="00085DBB" w14:paraId="3A9F8DC1" w14:textId="77777777">
        <w:trPr>
          <w:jc w:val="center"/>
        </w:trPr>
        <w:tc>
          <w:tcPr>
            <w:tcW w:w="1612" w:type="dxa"/>
            <w:shd w:val="clear" w:color="auto" w:fill="171717"/>
            <w:tcMar>
              <w:top w:w="45" w:type="dxa"/>
              <w:left w:w="65" w:type="dxa"/>
              <w:bottom w:w="45" w:type="dxa"/>
              <w:right w:w="65" w:type="dxa"/>
            </w:tcMar>
            <w:vAlign w:val="center"/>
          </w:tcPr>
          <w:p w14:paraId="7C47E708" w14:textId="77777777" w:rsidR="00085DBB" w:rsidRDefault="00110FD9">
            <w:pPr>
              <w:spacing w:after="0"/>
              <w:jc w:val="center"/>
            </w:pPr>
            <w:r>
              <w:rPr>
                <w:noProof/>
              </w:rPr>
              <w:lastRenderedPageBreak/>
              <w:drawing>
                <wp:inline distT="0" distB="0" distL="0" distR="0" wp14:anchorId="454C07ED" wp14:editId="10D8F3A8">
                  <wp:extent cx="731520" cy="635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31520" cy="635790"/>
                          </a:xfrm>
                          <a:prstGeom prst="rect">
                            <a:avLst/>
                          </a:prstGeom>
                        </pic:spPr>
                      </pic:pic>
                    </a:graphicData>
                  </a:graphic>
                </wp:inline>
              </w:drawing>
            </w:r>
          </w:p>
        </w:tc>
        <w:tc>
          <w:tcPr>
            <w:tcW w:w="8236" w:type="dxa"/>
            <w:shd w:val="clear" w:color="auto" w:fill="171717"/>
            <w:tcMar>
              <w:top w:w="45" w:type="dxa"/>
              <w:left w:w="65" w:type="dxa"/>
              <w:bottom w:w="45" w:type="dxa"/>
              <w:right w:w="65" w:type="dxa"/>
            </w:tcMar>
            <w:vAlign w:val="center"/>
          </w:tcPr>
          <w:p w14:paraId="6D7724B3" w14:textId="77777777" w:rsidR="00085DBB" w:rsidRPr="002329A8" w:rsidRDefault="00110FD9">
            <w:pPr>
              <w:spacing w:after="20"/>
              <w:jc w:val="center"/>
              <w:rPr>
                <w:sz w:val="18"/>
                <w:szCs w:val="24"/>
                <w:u w:val="single"/>
              </w:rPr>
            </w:pPr>
            <w:r w:rsidRPr="002329A8">
              <w:rPr>
                <w:b/>
                <w:color w:val="FFFFFF"/>
                <w:sz w:val="36"/>
                <w:szCs w:val="24"/>
                <w:u w:val="single"/>
              </w:rPr>
              <w:t>ROAD TEST APPLICANT GUIDE</w:t>
            </w:r>
          </w:p>
          <w:p w14:paraId="0EC7DE8B" w14:textId="77777777" w:rsidR="00085DBB" w:rsidRDefault="00110FD9">
            <w:pPr>
              <w:spacing w:after="0"/>
              <w:jc w:val="center"/>
            </w:pPr>
            <w:r w:rsidRPr="002329A8">
              <w:rPr>
                <w:color w:val="D8D8D8"/>
                <w:sz w:val="22"/>
                <w:szCs w:val="28"/>
              </w:rPr>
              <w:t>What to know before you arrive</w:t>
            </w:r>
          </w:p>
        </w:tc>
        <w:tc>
          <w:tcPr>
            <w:tcW w:w="1555" w:type="dxa"/>
            <w:shd w:val="clear" w:color="auto" w:fill="FFC62B"/>
            <w:tcMar>
              <w:top w:w="45" w:type="dxa"/>
              <w:left w:w="65" w:type="dxa"/>
              <w:bottom w:w="45" w:type="dxa"/>
              <w:right w:w="65" w:type="dxa"/>
            </w:tcMar>
            <w:vAlign w:val="center"/>
          </w:tcPr>
          <w:p w14:paraId="24B1232F" w14:textId="77777777" w:rsidR="00085DBB" w:rsidRDefault="00110FD9">
            <w:pPr>
              <w:spacing w:after="0"/>
              <w:jc w:val="center"/>
            </w:pPr>
            <w:r>
              <w:rPr>
                <w:b/>
                <w:color w:val="171717"/>
                <w:sz w:val="20"/>
              </w:rPr>
              <w:t>2 / 2</w:t>
            </w:r>
          </w:p>
        </w:tc>
      </w:tr>
    </w:tbl>
    <w:p w14:paraId="06231E48" w14:textId="77777777" w:rsidR="002329A8" w:rsidRDefault="002329A8">
      <w:pPr>
        <w:spacing w:before="80" w:after="40"/>
        <w:rPr>
          <w:b/>
          <w:color w:val="171717"/>
          <w:sz w:val="22"/>
        </w:rPr>
      </w:pPr>
    </w:p>
    <w:p w14:paraId="12A5F07D" w14:textId="77777777" w:rsidR="002329A8" w:rsidRDefault="002329A8">
      <w:pPr>
        <w:spacing w:before="80" w:after="40"/>
        <w:rPr>
          <w:b/>
          <w:color w:val="171717"/>
          <w:sz w:val="22"/>
        </w:rPr>
      </w:pPr>
    </w:p>
    <w:p w14:paraId="160DEA20" w14:textId="0C4D759E" w:rsidR="00085DBB" w:rsidRPr="002329A8" w:rsidRDefault="00110FD9">
      <w:pPr>
        <w:spacing w:before="80" w:after="40"/>
        <w:rPr>
          <w:sz w:val="18"/>
          <w:szCs w:val="24"/>
          <w:u w:val="single"/>
        </w:rPr>
      </w:pPr>
      <w:r w:rsidRPr="002329A8">
        <w:rPr>
          <w:b/>
          <w:color w:val="171717"/>
          <w:sz w:val="24"/>
          <w:szCs w:val="24"/>
          <w:u w:val="single"/>
        </w:rPr>
        <w:t>ROAD TEST VEHICLE INSPECTION</w:t>
      </w:r>
    </w:p>
    <w:p w14:paraId="2EDB8C44" w14:textId="77777777" w:rsidR="00085DBB" w:rsidRDefault="00110FD9">
      <w:pPr>
        <w:spacing w:after="80"/>
      </w:pPr>
      <w:r w:rsidRPr="002329A8">
        <w:rPr>
          <w:color w:val="2B2B2B"/>
          <w:sz w:val="20"/>
          <w:szCs w:val="28"/>
        </w:rPr>
        <w:t>Your vehicle is part of your road test. Please make sure you know how to operate the items below before arriving</w:t>
      </w:r>
      <w:r>
        <w:rPr>
          <w:color w:val="2B2B2B"/>
        </w:rPr>
        <w: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56"/>
        <w:gridCol w:w="5356"/>
      </w:tblGrid>
      <w:tr w:rsidR="00085DBB" w14:paraId="492BBF52"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37A0E0D9" w14:textId="3B73CB0E" w:rsidR="00085DBB" w:rsidRPr="002329A8" w:rsidRDefault="00110FD9">
            <w:pPr>
              <w:spacing w:after="0"/>
              <w:rPr>
                <w:sz w:val="20"/>
                <w:szCs w:val="24"/>
              </w:rPr>
            </w:pPr>
            <w:r w:rsidRPr="002329A8">
              <w:rPr>
                <w:b/>
                <w:color w:val="1777C8"/>
                <w:sz w:val="20"/>
                <w:szCs w:val="24"/>
              </w:rPr>
              <w:t xml:space="preserve">1. </w:t>
            </w:r>
            <w:r w:rsidRPr="002329A8">
              <w:rPr>
                <w:color w:val="2B2B2B"/>
                <w:sz w:val="20"/>
                <w:szCs w:val="24"/>
              </w:rPr>
              <w:t xml:space="preserve">Headlights </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31DEBDFF" w14:textId="6D58291B" w:rsidR="00085DBB" w:rsidRPr="002329A8" w:rsidRDefault="00110FD9">
            <w:pPr>
              <w:spacing w:after="0"/>
              <w:rPr>
                <w:sz w:val="20"/>
                <w:szCs w:val="24"/>
              </w:rPr>
            </w:pPr>
            <w:r w:rsidRPr="002329A8">
              <w:rPr>
                <w:b/>
                <w:color w:val="1777C8"/>
                <w:sz w:val="20"/>
                <w:szCs w:val="24"/>
              </w:rPr>
              <w:t xml:space="preserve">2. </w:t>
            </w:r>
            <w:r w:rsidRPr="002329A8">
              <w:rPr>
                <w:color w:val="2B2B2B"/>
                <w:sz w:val="20"/>
                <w:szCs w:val="24"/>
              </w:rPr>
              <w:t>Left</w:t>
            </w:r>
            <w:r w:rsidR="002329A8">
              <w:rPr>
                <w:color w:val="2B2B2B"/>
                <w:sz w:val="20"/>
                <w:szCs w:val="24"/>
              </w:rPr>
              <w:t>/Right</w:t>
            </w:r>
            <w:r w:rsidRPr="002329A8">
              <w:rPr>
                <w:color w:val="2B2B2B"/>
                <w:sz w:val="20"/>
                <w:szCs w:val="24"/>
              </w:rPr>
              <w:t xml:space="preserve"> turn signal</w:t>
            </w:r>
          </w:p>
        </w:tc>
      </w:tr>
      <w:tr w:rsidR="00085DBB" w14:paraId="05BD9ACD"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2E5784E8" w14:textId="2B002081" w:rsidR="00085DBB" w:rsidRPr="002329A8" w:rsidRDefault="00110FD9">
            <w:pPr>
              <w:spacing w:after="0"/>
              <w:rPr>
                <w:sz w:val="20"/>
                <w:szCs w:val="24"/>
              </w:rPr>
            </w:pPr>
            <w:r w:rsidRPr="002329A8">
              <w:rPr>
                <w:b/>
                <w:color w:val="1777C8"/>
                <w:sz w:val="20"/>
                <w:szCs w:val="24"/>
              </w:rPr>
              <w:t xml:space="preserve">3. </w:t>
            </w:r>
            <w:r w:rsidR="00980479">
              <w:rPr>
                <w:color w:val="2B2B2B"/>
                <w:sz w:val="20"/>
                <w:szCs w:val="24"/>
              </w:rPr>
              <w:t>License Plate Registration</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6E928322" w14:textId="77777777" w:rsidR="00085DBB" w:rsidRPr="002329A8" w:rsidRDefault="00110FD9">
            <w:pPr>
              <w:spacing w:after="0"/>
              <w:rPr>
                <w:sz w:val="20"/>
                <w:szCs w:val="24"/>
              </w:rPr>
            </w:pPr>
            <w:r w:rsidRPr="002329A8">
              <w:rPr>
                <w:b/>
                <w:color w:val="1777C8"/>
                <w:sz w:val="20"/>
                <w:szCs w:val="24"/>
              </w:rPr>
              <w:t xml:space="preserve">4. </w:t>
            </w:r>
            <w:r w:rsidRPr="002329A8">
              <w:rPr>
                <w:color w:val="2B2B2B"/>
                <w:sz w:val="20"/>
                <w:szCs w:val="24"/>
              </w:rPr>
              <w:t>Horn</w:t>
            </w:r>
          </w:p>
        </w:tc>
      </w:tr>
      <w:tr w:rsidR="00085DBB" w14:paraId="490CA4FD"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55E8703B" w14:textId="215B4808" w:rsidR="00085DBB" w:rsidRPr="002329A8" w:rsidRDefault="00110FD9">
            <w:pPr>
              <w:spacing w:after="0"/>
              <w:rPr>
                <w:sz w:val="20"/>
                <w:szCs w:val="24"/>
              </w:rPr>
            </w:pPr>
            <w:r w:rsidRPr="002329A8">
              <w:rPr>
                <w:b/>
                <w:color w:val="1777C8"/>
                <w:sz w:val="20"/>
                <w:szCs w:val="24"/>
              </w:rPr>
              <w:t xml:space="preserve">5. </w:t>
            </w:r>
            <w:r w:rsidR="00980479">
              <w:rPr>
                <w:color w:val="2B2B2B"/>
                <w:sz w:val="20"/>
                <w:szCs w:val="24"/>
              </w:rPr>
              <w:t>B</w:t>
            </w:r>
            <w:r w:rsidRPr="002329A8">
              <w:rPr>
                <w:color w:val="2B2B2B"/>
                <w:sz w:val="20"/>
                <w:szCs w:val="24"/>
              </w:rPr>
              <w:t>rake</w:t>
            </w:r>
            <w:r w:rsidR="00980479">
              <w:rPr>
                <w:color w:val="2B2B2B"/>
                <w:sz w:val="20"/>
                <w:szCs w:val="24"/>
              </w:rPr>
              <w:t xml:space="preserve"> Lights</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51266565" w14:textId="592851DE" w:rsidR="00085DBB" w:rsidRPr="002329A8" w:rsidRDefault="00110FD9">
            <w:pPr>
              <w:spacing w:after="0"/>
              <w:rPr>
                <w:sz w:val="20"/>
                <w:szCs w:val="24"/>
              </w:rPr>
            </w:pPr>
            <w:r w:rsidRPr="002329A8">
              <w:rPr>
                <w:b/>
                <w:color w:val="1777C8"/>
                <w:sz w:val="20"/>
                <w:szCs w:val="24"/>
              </w:rPr>
              <w:t xml:space="preserve">6. </w:t>
            </w:r>
            <w:r w:rsidR="00980479">
              <w:rPr>
                <w:color w:val="2B2B2B"/>
                <w:sz w:val="20"/>
                <w:szCs w:val="24"/>
              </w:rPr>
              <w:t>Tire Conditions</w:t>
            </w:r>
          </w:p>
        </w:tc>
      </w:tr>
      <w:tr w:rsidR="00085DBB" w14:paraId="1A1B2825"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05225AD3" w14:textId="77777777" w:rsidR="00085DBB" w:rsidRPr="002329A8" w:rsidRDefault="00110FD9">
            <w:pPr>
              <w:spacing w:after="0"/>
              <w:rPr>
                <w:sz w:val="20"/>
                <w:szCs w:val="24"/>
              </w:rPr>
            </w:pPr>
            <w:r w:rsidRPr="002329A8">
              <w:rPr>
                <w:b/>
                <w:color w:val="1777C8"/>
                <w:sz w:val="20"/>
                <w:szCs w:val="24"/>
              </w:rPr>
              <w:t xml:space="preserve">7. </w:t>
            </w:r>
            <w:r w:rsidRPr="002329A8">
              <w:rPr>
                <w:color w:val="2B2B2B"/>
                <w:sz w:val="20"/>
                <w:szCs w:val="24"/>
              </w:rPr>
              <w:t>Heater, defroster, and fan</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55" w:type="dxa"/>
              <w:left w:w="95" w:type="dxa"/>
              <w:bottom w:w="50" w:type="dxa"/>
              <w:right w:w="85" w:type="dxa"/>
            </w:tcMar>
          </w:tcPr>
          <w:p w14:paraId="12030D1F" w14:textId="548A44CC" w:rsidR="00085DBB" w:rsidRPr="002329A8" w:rsidRDefault="00110FD9">
            <w:pPr>
              <w:spacing w:after="0"/>
              <w:rPr>
                <w:sz w:val="20"/>
                <w:szCs w:val="24"/>
              </w:rPr>
            </w:pPr>
            <w:r w:rsidRPr="002329A8">
              <w:rPr>
                <w:b/>
                <w:color w:val="1777C8"/>
                <w:sz w:val="20"/>
                <w:szCs w:val="24"/>
              </w:rPr>
              <w:t xml:space="preserve">8. </w:t>
            </w:r>
            <w:r w:rsidR="00980479">
              <w:rPr>
                <w:color w:val="2B2B2B"/>
                <w:sz w:val="20"/>
                <w:szCs w:val="24"/>
              </w:rPr>
              <w:t>Mirrors (present and good condition)</w:t>
            </w:r>
          </w:p>
        </w:tc>
      </w:tr>
    </w:tbl>
    <w:p w14:paraId="1EDFCAAA" w14:textId="77777777" w:rsidR="00085DBB" w:rsidRDefault="00085DBB">
      <w:pPr>
        <w:spacing w:after="60"/>
      </w:pPr>
    </w:p>
    <w:p w14:paraId="544754BB" w14:textId="77777777" w:rsidR="002329A8" w:rsidRDefault="002329A8">
      <w:pPr>
        <w:spacing w:before="80" w:after="40"/>
        <w:rPr>
          <w:b/>
          <w:sz w:val="22"/>
          <w:u w:val="single"/>
        </w:rPr>
      </w:pPr>
    </w:p>
    <w:p w14:paraId="09E642D5" w14:textId="77777777" w:rsidR="002329A8" w:rsidRDefault="002329A8">
      <w:pPr>
        <w:spacing w:before="80" w:after="40"/>
        <w:rPr>
          <w:b/>
          <w:sz w:val="22"/>
          <w:u w:val="single"/>
        </w:rPr>
      </w:pPr>
    </w:p>
    <w:p w14:paraId="0A6EB095" w14:textId="4F8A5B88" w:rsidR="00085DBB" w:rsidRPr="002329A8" w:rsidRDefault="00110FD9">
      <w:pPr>
        <w:spacing w:before="80" w:after="40"/>
        <w:rPr>
          <w:sz w:val="16"/>
          <w:u w:val="single"/>
        </w:rPr>
      </w:pPr>
      <w:r w:rsidRPr="002329A8">
        <w:rPr>
          <w:b/>
          <w:sz w:val="22"/>
          <w:u w:val="single"/>
        </w:rPr>
        <w:t>VEHICLE OPERATION CHECKLIST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800"/>
      </w:tblGrid>
      <w:tr w:rsidR="00085DBB" w14:paraId="2FC4ED32" w14:textId="77777777" w:rsidTr="00980479">
        <w:trPr>
          <w:jc w:val="center"/>
        </w:trPr>
        <w:tc>
          <w:tcPr>
            <w:tcW w:w="10800"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70" w:type="dxa"/>
              <w:left w:w="105" w:type="dxa"/>
              <w:bottom w:w="65" w:type="dxa"/>
              <w:right w:w="100" w:type="dxa"/>
            </w:tcMar>
          </w:tcPr>
          <w:p w14:paraId="5378E8EB" w14:textId="77777777" w:rsidR="00085DBB" w:rsidRPr="00980479" w:rsidRDefault="00110FD9">
            <w:pPr>
              <w:spacing w:after="40"/>
              <w:rPr>
                <w:color w:val="00B050"/>
                <w:sz w:val="22"/>
                <w:szCs w:val="28"/>
              </w:rPr>
            </w:pPr>
            <w:r w:rsidRPr="00980479">
              <w:rPr>
                <w:b/>
                <w:color w:val="00B050"/>
                <w:sz w:val="22"/>
                <w:szCs w:val="28"/>
              </w:rPr>
              <w:t>Know How to Operate:</w:t>
            </w:r>
          </w:p>
          <w:p w14:paraId="608C6054" w14:textId="77777777" w:rsidR="00085DBB" w:rsidRPr="00980479" w:rsidRDefault="00110FD9">
            <w:pPr>
              <w:spacing w:after="20"/>
              <w:ind w:left="173" w:hanging="173"/>
              <w:rPr>
                <w:sz w:val="22"/>
                <w:szCs w:val="28"/>
              </w:rPr>
            </w:pPr>
            <w:r w:rsidRPr="00980479">
              <w:rPr>
                <w:b/>
                <w:color w:val="00B050"/>
                <w:sz w:val="22"/>
                <w:szCs w:val="28"/>
              </w:rPr>
              <w:t xml:space="preserve">• </w:t>
            </w:r>
            <w:r w:rsidRPr="00980479">
              <w:rPr>
                <w:color w:val="2B2B2B"/>
                <w:sz w:val="22"/>
                <w:szCs w:val="28"/>
              </w:rPr>
              <w:t>Headlights - high/low</w:t>
            </w:r>
          </w:p>
          <w:p w14:paraId="04585202" w14:textId="77777777" w:rsidR="00085DBB" w:rsidRPr="00980479" w:rsidRDefault="00110FD9">
            <w:pPr>
              <w:spacing w:after="20"/>
              <w:ind w:left="173" w:hanging="173"/>
              <w:rPr>
                <w:sz w:val="22"/>
                <w:szCs w:val="28"/>
              </w:rPr>
            </w:pPr>
            <w:r w:rsidRPr="00980479">
              <w:rPr>
                <w:b/>
                <w:color w:val="00B050"/>
                <w:sz w:val="22"/>
                <w:szCs w:val="28"/>
              </w:rPr>
              <w:t xml:space="preserve">• </w:t>
            </w:r>
            <w:r w:rsidRPr="00980479">
              <w:rPr>
                <w:color w:val="2B2B2B"/>
                <w:sz w:val="22"/>
                <w:szCs w:val="28"/>
              </w:rPr>
              <w:t>Turn signals</w:t>
            </w:r>
          </w:p>
          <w:p w14:paraId="4B4EC1E3" w14:textId="77777777" w:rsidR="00085DBB" w:rsidRPr="00980479" w:rsidRDefault="00110FD9">
            <w:pPr>
              <w:spacing w:after="20"/>
              <w:ind w:left="173" w:hanging="173"/>
              <w:rPr>
                <w:sz w:val="22"/>
                <w:szCs w:val="28"/>
              </w:rPr>
            </w:pPr>
            <w:r w:rsidRPr="00980479">
              <w:rPr>
                <w:b/>
                <w:color w:val="00B050"/>
                <w:sz w:val="22"/>
                <w:szCs w:val="28"/>
              </w:rPr>
              <w:t xml:space="preserve">• </w:t>
            </w:r>
            <w:r w:rsidRPr="00980479">
              <w:rPr>
                <w:color w:val="2B2B2B"/>
                <w:sz w:val="22"/>
                <w:szCs w:val="28"/>
              </w:rPr>
              <w:t>Horn</w:t>
            </w:r>
          </w:p>
          <w:p w14:paraId="2770ECEB" w14:textId="77777777" w:rsidR="00085DBB" w:rsidRPr="00980479" w:rsidRDefault="00110FD9">
            <w:pPr>
              <w:spacing w:after="20"/>
              <w:ind w:left="173" w:hanging="173"/>
              <w:rPr>
                <w:sz w:val="22"/>
                <w:szCs w:val="28"/>
              </w:rPr>
            </w:pPr>
            <w:r w:rsidRPr="00980479">
              <w:rPr>
                <w:b/>
                <w:color w:val="00B050"/>
                <w:sz w:val="22"/>
                <w:szCs w:val="28"/>
              </w:rPr>
              <w:t xml:space="preserve">• </w:t>
            </w:r>
            <w:r w:rsidRPr="00980479">
              <w:rPr>
                <w:color w:val="2B2B2B"/>
                <w:sz w:val="22"/>
                <w:szCs w:val="28"/>
              </w:rPr>
              <w:t>Emergency or Parking brake</w:t>
            </w:r>
          </w:p>
          <w:p w14:paraId="323DC9D7" w14:textId="77777777" w:rsidR="00085DBB" w:rsidRPr="00980479" w:rsidRDefault="00110FD9">
            <w:pPr>
              <w:spacing w:after="20"/>
              <w:ind w:left="173" w:hanging="173"/>
              <w:rPr>
                <w:sz w:val="22"/>
                <w:szCs w:val="28"/>
              </w:rPr>
            </w:pPr>
            <w:r w:rsidRPr="00980479">
              <w:rPr>
                <w:b/>
                <w:color w:val="00B050"/>
                <w:sz w:val="22"/>
                <w:szCs w:val="28"/>
              </w:rPr>
              <w:t xml:space="preserve">• </w:t>
            </w:r>
            <w:r w:rsidRPr="00980479">
              <w:rPr>
                <w:color w:val="2B2B2B"/>
                <w:sz w:val="22"/>
                <w:szCs w:val="28"/>
              </w:rPr>
              <w:t>Wipers and Washers</w:t>
            </w:r>
          </w:p>
          <w:p w14:paraId="0775081D" w14:textId="77777777" w:rsidR="00085DBB" w:rsidRPr="002329A8" w:rsidRDefault="00110FD9">
            <w:pPr>
              <w:spacing w:after="20"/>
              <w:ind w:left="173" w:hanging="173"/>
              <w:rPr>
                <w:sz w:val="20"/>
                <w:szCs w:val="24"/>
              </w:rPr>
            </w:pPr>
            <w:r w:rsidRPr="00980479">
              <w:rPr>
                <w:b/>
                <w:color w:val="00B050"/>
                <w:sz w:val="22"/>
                <w:szCs w:val="28"/>
              </w:rPr>
              <w:t xml:space="preserve">• </w:t>
            </w:r>
            <w:r w:rsidRPr="00980479">
              <w:rPr>
                <w:color w:val="2B2B2B"/>
                <w:sz w:val="22"/>
                <w:szCs w:val="28"/>
              </w:rPr>
              <w:t>Heater and Defroster</w:t>
            </w:r>
          </w:p>
        </w:tc>
      </w:tr>
    </w:tbl>
    <w:p w14:paraId="30CC5488" w14:textId="77777777" w:rsidR="00085DBB" w:rsidRDefault="00085DBB">
      <w:pPr>
        <w:spacing w:after="40"/>
      </w:pPr>
    </w:p>
    <w:p w14:paraId="0CB25E18" w14:textId="77777777" w:rsidR="002329A8" w:rsidRDefault="002329A8">
      <w:pPr>
        <w:spacing w:before="80" w:after="40"/>
        <w:rPr>
          <w:b/>
          <w:sz w:val="22"/>
        </w:rPr>
      </w:pPr>
    </w:p>
    <w:p w14:paraId="22D6CF91" w14:textId="77777777" w:rsidR="002329A8" w:rsidRDefault="002329A8">
      <w:pPr>
        <w:spacing w:before="80" w:after="40"/>
        <w:rPr>
          <w:b/>
          <w:sz w:val="22"/>
        </w:rPr>
      </w:pPr>
    </w:p>
    <w:p w14:paraId="29D3B62E" w14:textId="31D0659C" w:rsidR="00085DBB" w:rsidRPr="002329A8" w:rsidRDefault="00110FD9">
      <w:pPr>
        <w:spacing w:before="80" w:after="40"/>
        <w:rPr>
          <w:color w:val="EE0000"/>
          <w:u w:val="single"/>
        </w:rPr>
      </w:pPr>
      <w:r w:rsidRPr="002329A8">
        <w:rPr>
          <w:b/>
          <w:sz w:val="22"/>
          <w:u w:val="single"/>
        </w:rPr>
        <w:t>COMMON REASONS FOR</w:t>
      </w:r>
      <w:r w:rsidRPr="002329A8">
        <w:rPr>
          <w:b/>
          <w:sz w:val="22"/>
        </w:rPr>
        <w:t xml:space="preserve"> </w:t>
      </w:r>
      <w:r w:rsidRPr="002329A8">
        <w:rPr>
          <w:b/>
          <w:color w:val="EE0000"/>
          <w:sz w:val="22"/>
          <w:u w:val="single"/>
        </w:rPr>
        <w:t>ROAD TEST DENIAL</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56"/>
        <w:gridCol w:w="5356"/>
      </w:tblGrid>
      <w:tr w:rsidR="00085DBB" w14:paraId="1A94474C"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3A00D535"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Registration expired more than 30 days</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4D002B91"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horn</w:t>
            </w:r>
          </w:p>
        </w:tc>
      </w:tr>
      <w:tr w:rsidR="00085DBB" w14:paraId="2FD012B6"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457FFE7C"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Missing front license plate</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5A52A6A6"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brakes (excluding parking brakes)</w:t>
            </w:r>
          </w:p>
        </w:tc>
      </w:tr>
      <w:tr w:rsidR="00085DBB" w14:paraId="0F2178EB"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5C6A92E0"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Brake light out (either side)</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7F919581"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headlights or taillights</w:t>
            </w:r>
          </w:p>
        </w:tc>
      </w:tr>
      <w:tr w:rsidR="00085DBB" w14:paraId="4DAF2387"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12287703"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Directional signals inoperable</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356A64F0"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Excessively worn or defective tires</w:t>
            </w:r>
          </w:p>
        </w:tc>
      </w:tr>
      <w:tr w:rsidR="00085DBB" w14:paraId="465528AE"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52F2D1CD"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or missing exhaust system</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4867848E"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windshield wipers or defroster</w:t>
            </w:r>
          </w:p>
        </w:tc>
      </w:tr>
      <w:tr w:rsidR="00085DBB" w14:paraId="430752D7"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4C068708"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Cracked or obstructed windshield, side, or rear window</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3177265C"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seatbelts (vehicles 1972 or newer)</w:t>
            </w:r>
          </w:p>
        </w:tc>
      </w:tr>
      <w:tr w:rsidR="00085DBB" w14:paraId="39009796"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0B01DD86"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or missing mirrors (inside/outside)</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619C01DE"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Seatbelts are extremely dirty</w:t>
            </w:r>
          </w:p>
        </w:tc>
      </w:tr>
      <w:tr w:rsidR="00085DBB" w14:paraId="4C79C914" w14:textId="77777777" w:rsidTr="00980479">
        <w:trPr>
          <w:jc w:val="center"/>
        </w:trPr>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66C42B95"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Defective speedometer</w:t>
            </w:r>
          </w:p>
        </w:tc>
        <w:tc>
          <w:tcPr>
            <w:tcW w:w="5356" w:type="dxa"/>
            <w:tcBorders>
              <w:top w:val="single" w:sz="6" w:space="0" w:color="E6DED0"/>
              <w:left w:val="single" w:sz="6" w:space="0" w:color="E6DED0"/>
              <w:bottom w:val="single" w:sz="6" w:space="0" w:color="E6DED0"/>
              <w:right w:val="single" w:sz="6" w:space="0" w:color="E6DED0"/>
            </w:tcBorders>
            <w:shd w:val="clear" w:color="auto" w:fill="FFFFFF" w:themeFill="background1"/>
            <w:tcMar>
              <w:top w:w="45" w:type="dxa"/>
              <w:left w:w="90" w:type="dxa"/>
              <w:bottom w:w="40" w:type="dxa"/>
              <w:right w:w="80" w:type="dxa"/>
            </w:tcMar>
          </w:tcPr>
          <w:p w14:paraId="0EC8E805" w14:textId="77777777" w:rsidR="00085DBB" w:rsidRPr="002329A8" w:rsidRDefault="00110FD9">
            <w:pPr>
              <w:spacing w:after="0"/>
              <w:rPr>
                <w:sz w:val="20"/>
                <w:szCs w:val="32"/>
              </w:rPr>
            </w:pPr>
            <w:r w:rsidRPr="002329A8">
              <w:rPr>
                <w:b/>
                <w:color w:val="E6322C"/>
                <w:sz w:val="20"/>
                <w:szCs w:val="32"/>
              </w:rPr>
              <w:t xml:space="preserve">• </w:t>
            </w:r>
            <w:r w:rsidRPr="002329A8">
              <w:rPr>
                <w:color w:val="2B2B2B"/>
                <w:sz w:val="20"/>
                <w:szCs w:val="32"/>
              </w:rPr>
              <w:t>Applicant fails to wear seatbelt</w:t>
            </w:r>
          </w:p>
        </w:tc>
      </w:tr>
    </w:tbl>
    <w:p w14:paraId="7723E61E" w14:textId="77777777" w:rsidR="00085DBB" w:rsidRDefault="00085DBB">
      <w:pPr>
        <w:spacing w:after="60"/>
      </w:pPr>
    </w:p>
    <w:p w14:paraId="648F0FB1" w14:textId="77777777" w:rsidR="00085DBB" w:rsidRDefault="00085DBB">
      <w:pPr>
        <w:spacing w:after="60"/>
      </w:pPr>
    </w:p>
    <w:tbl>
      <w:tblPr>
        <w:tblpPr w:leftFromText="180" w:rightFromText="180" w:vertAnchor="text" w:horzAnchor="margin" w:tblpY="62"/>
        <w:tblW w:w="0" w:type="auto"/>
        <w:tblBorders>
          <w:top w:val="nil"/>
          <w:left w:val="nil"/>
          <w:bottom w:val="nil"/>
          <w:right w:val="nil"/>
          <w:insideH w:val="nil"/>
          <w:insideV w:val="nil"/>
        </w:tblBorders>
        <w:tblLayout w:type="fixed"/>
        <w:tblLook w:val="04A0" w:firstRow="1" w:lastRow="0" w:firstColumn="1" w:lastColumn="0" w:noHBand="0" w:noVBand="1"/>
      </w:tblPr>
      <w:tblGrid>
        <w:gridCol w:w="10935"/>
      </w:tblGrid>
      <w:tr w:rsidR="002329A8" w14:paraId="45271A4C" w14:textId="77777777" w:rsidTr="002329A8">
        <w:trPr>
          <w:trHeight w:val="541"/>
        </w:trPr>
        <w:tc>
          <w:tcPr>
            <w:tcW w:w="10935" w:type="dxa"/>
            <w:shd w:val="clear" w:color="auto" w:fill="FFC62B"/>
            <w:tcMar>
              <w:top w:w="65" w:type="dxa"/>
              <w:left w:w="110" w:type="dxa"/>
              <w:bottom w:w="60" w:type="dxa"/>
              <w:right w:w="110" w:type="dxa"/>
            </w:tcMar>
          </w:tcPr>
          <w:p w14:paraId="5D4F456C" w14:textId="77777777" w:rsidR="002329A8" w:rsidRDefault="002329A8" w:rsidP="002329A8">
            <w:pPr>
              <w:spacing w:after="0"/>
              <w:jc w:val="center"/>
            </w:pPr>
            <w:r w:rsidRPr="002329A8">
              <w:rPr>
                <w:b/>
                <w:color w:val="171717"/>
                <w:sz w:val="24"/>
                <w:szCs w:val="32"/>
              </w:rPr>
              <w:t xml:space="preserve">REMINDER: </w:t>
            </w:r>
            <w:r w:rsidRPr="002329A8">
              <w:rPr>
                <w:b/>
                <w:color w:val="171717"/>
                <w:sz w:val="22"/>
                <w:szCs w:val="32"/>
              </w:rPr>
              <w:t>Your vehicle is part of your road test. Please ensure it meets all minimum requirements</w:t>
            </w:r>
            <w:r>
              <w:rPr>
                <w:b/>
                <w:color w:val="171717"/>
              </w:rPr>
              <w:t>.</w:t>
            </w:r>
          </w:p>
        </w:tc>
      </w:tr>
    </w:tbl>
    <w:p w14:paraId="4CC0E839" w14:textId="77777777" w:rsidR="002329A8" w:rsidRDefault="002329A8">
      <w:pPr>
        <w:spacing w:after="20"/>
        <w:jc w:val="center"/>
        <w:rPr>
          <w:b/>
          <w:color w:val="FFC62B"/>
        </w:rPr>
      </w:pPr>
    </w:p>
    <w:p w14:paraId="15D17507" w14:textId="77777777" w:rsidR="002329A8" w:rsidRDefault="002329A8">
      <w:pPr>
        <w:spacing w:after="20"/>
        <w:jc w:val="center"/>
        <w:rPr>
          <w:b/>
          <w:color w:val="FFC62B"/>
        </w:rPr>
      </w:pPr>
    </w:p>
    <w:p w14:paraId="5F59EE1D" w14:textId="1F8343A5" w:rsidR="00085DBB" w:rsidRPr="002329A8" w:rsidRDefault="00110FD9">
      <w:pPr>
        <w:spacing w:after="20"/>
        <w:jc w:val="center"/>
        <w:rPr>
          <w:sz w:val="24"/>
          <w:szCs w:val="36"/>
        </w:rPr>
      </w:pPr>
      <w:r w:rsidRPr="002329A8">
        <w:rPr>
          <w:b/>
          <w:color w:val="FFC62B"/>
          <w:sz w:val="24"/>
          <w:szCs w:val="36"/>
        </w:rPr>
        <w:t>QUESTIONS? WE'RE HERE TO HELP.</w:t>
      </w:r>
    </w:p>
    <w:p w14:paraId="1810AF32" w14:textId="77777777" w:rsidR="00085DBB" w:rsidRPr="002329A8" w:rsidRDefault="00110FD9">
      <w:pPr>
        <w:spacing w:after="0"/>
        <w:jc w:val="center"/>
        <w:rPr>
          <w:sz w:val="20"/>
          <w:szCs w:val="28"/>
        </w:rPr>
      </w:pPr>
      <w:r w:rsidRPr="002329A8">
        <w:rPr>
          <w:color w:val="6A6A6A"/>
          <w:sz w:val="18"/>
          <w:szCs w:val="28"/>
        </w:rPr>
        <w:t>MJM Hill Driving School · Monroe, WI · Road Test Applicant Guide · www.mjmhilldrivingschool.com</w:t>
      </w:r>
    </w:p>
    <w:sectPr w:rsidR="00085DBB" w:rsidRPr="002329A8" w:rsidSect="00034616">
      <w:pgSz w:w="12240" w:h="15840"/>
      <w:pgMar w:top="547" w:right="605" w:bottom="518" w:left="605" w:header="216" w:footer="21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8068287">
    <w:abstractNumId w:val="8"/>
  </w:num>
  <w:num w:numId="2" w16cid:durableId="125632644">
    <w:abstractNumId w:val="6"/>
  </w:num>
  <w:num w:numId="3" w16cid:durableId="89547855">
    <w:abstractNumId w:val="5"/>
  </w:num>
  <w:num w:numId="4" w16cid:durableId="1897279744">
    <w:abstractNumId w:val="4"/>
  </w:num>
  <w:num w:numId="5" w16cid:durableId="198318879">
    <w:abstractNumId w:val="7"/>
  </w:num>
  <w:num w:numId="6" w16cid:durableId="1133984318">
    <w:abstractNumId w:val="3"/>
  </w:num>
  <w:num w:numId="7" w16cid:durableId="507063657">
    <w:abstractNumId w:val="2"/>
  </w:num>
  <w:num w:numId="8" w16cid:durableId="2095591879">
    <w:abstractNumId w:val="1"/>
  </w:num>
  <w:num w:numId="9" w16cid:durableId="200758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DBB"/>
    <w:rsid w:val="00110FD9"/>
    <w:rsid w:val="0015074B"/>
    <w:rsid w:val="001B0B76"/>
    <w:rsid w:val="002329A8"/>
    <w:rsid w:val="0029639D"/>
    <w:rsid w:val="00326F90"/>
    <w:rsid w:val="00980479"/>
    <w:rsid w:val="00993D1F"/>
    <w:rsid w:val="00A770FE"/>
    <w:rsid w:val="00AA1D8D"/>
    <w:rsid w:val="00B47730"/>
    <w:rsid w:val="00CB0664"/>
    <w:rsid w:val="00F710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C1DD9"/>
  <w14:defaultImageDpi w14:val="300"/>
  <w15:docId w15:val="{10B11C4E-083D-49AD-B2AA-5FC45F9B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Josh Richards</cp:lastModifiedBy>
  <cp:revision>4</cp:revision>
  <dcterms:created xsi:type="dcterms:W3CDTF">2026-08-25T20:17:00Z</dcterms:created>
  <dcterms:modified xsi:type="dcterms:W3CDTF">2026-08-26T14:23:00Z</dcterms:modified>
  <cp:category/>
</cp:coreProperties>
</file>